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583D7" w14:textId="56E2FE4D" w:rsidR="003D58FD" w:rsidRPr="00D032CA" w:rsidRDefault="00532AC3" w:rsidP="00D032CA">
      <w:pPr>
        <w:pStyle w:val="Title"/>
        <w:jc w:val="center"/>
        <w:rPr>
          <w:b/>
          <w:bCs/>
          <w:sz w:val="32"/>
          <w:szCs w:val="32"/>
        </w:rPr>
      </w:pPr>
      <w:r w:rsidRPr="00D032CA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70AD041D" wp14:editId="57ACB9AB">
            <wp:simplePos x="0" y="0"/>
            <wp:positionH relativeFrom="column">
              <wp:posOffset>685800</wp:posOffset>
            </wp:positionH>
            <wp:positionV relativeFrom="paragraph">
              <wp:posOffset>-838200</wp:posOffset>
            </wp:positionV>
            <wp:extent cx="5902325" cy="749300"/>
            <wp:effectExtent l="0" t="0" r="3175" b="0"/>
            <wp:wrapThrough wrapText="bothSides">
              <wp:wrapPolygon edited="0">
                <wp:start x="0" y="0"/>
                <wp:lineTo x="0" y="20868"/>
                <wp:lineTo x="21542" y="20868"/>
                <wp:lineTo x="21542" y="0"/>
                <wp:lineTo x="0" y="0"/>
              </wp:wrapPolygon>
            </wp:wrapThrough>
            <wp:docPr id="1787238574" name="Picture 1" descr="A green and blu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38574" name="Picture 1" descr="A green and blue patter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2CA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0A98410F" wp14:editId="0DE575C7">
            <wp:simplePos x="0" y="0"/>
            <wp:positionH relativeFrom="column">
              <wp:posOffset>-1067435</wp:posOffset>
            </wp:positionH>
            <wp:positionV relativeFrom="paragraph">
              <wp:posOffset>-838200</wp:posOffset>
            </wp:positionV>
            <wp:extent cx="171831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13" y="21150"/>
                <wp:lineTo x="21313" y="0"/>
                <wp:lineTo x="0" y="0"/>
              </wp:wrapPolygon>
            </wp:wrapTight>
            <wp:docPr id="1673367727" name="Picture 2" descr="A group of people with a red circle and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67727" name="Picture 2" descr="A group of people with a red circle and black tex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30C">
        <w:rPr>
          <w:b/>
          <w:bCs/>
          <w:noProof/>
          <w:sz w:val="32"/>
          <w:szCs w:val="32"/>
        </w:rPr>
        <w:t xml:space="preserve">Aboriginal </w:t>
      </w:r>
      <w:r w:rsidR="00CE6947">
        <w:rPr>
          <w:b/>
          <w:bCs/>
          <w:noProof/>
          <w:sz w:val="32"/>
          <w:szCs w:val="32"/>
        </w:rPr>
        <w:t xml:space="preserve">Community Engagement Officer - </w:t>
      </w:r>
      <w:r w:rsidR="003256D8">
        <w:rPr>
          <w:b/>
          <w:bCs/>
          <w:noProof/>
          <w:sz w:val="32"/>
          <w:szCs w:val="32"/>
        </w:rPr>
        <w:t>Y</w:t>
      </w:r>
      <w:r w:rsidR="00CE6947">
        <w:rPr>
          <w:b/>
          <w:bCs/>
          <w:noProof/>
          <w:sz w:val="32"/>
          <w:szCs w:val="32"/>
        </w:rPr>
        <w:t>outh</w:t>
      </w:r>
    </w:p>
    <w:p w14:paraId="318DA4EA" w14:textId="64F56A31" w:rsidR="00E07338" w:rsidRDefault="00AF506B" w:rsidP="00AF506B">
      <w:pPr>
        <w:pStyle w:val="Heading1"/>
      </w:pPr>
      <w:r>
        <w:t>"Connecting with Youth, Building Stronger Communities – Join GRAMS."</w:t>
      </w:r>
    </w:p>
    <w:p w14:paraId="2A67D96B" w14:textId="77777777" w:rsidR="00E07338" w:rsidRDefault="00E07338" w:rsidP="00AF506B"/>
    <w:p w14:paraId="5D3FCA36" w14:textId="461EE5EF" w:rsidR="003D58FD" w:rsidRDefault="00F61078" w:rsidP="00532AC3">
      <w:pPr>
        <w:jc w:val="center"/>
      </w:pPr>
      <w:r>
        <w:t>Location: Carnarvon</w:t>
      </w:r>
      <w:r>
        <w:br/>
        <w:t>Position Type: Full-Time (38hrs per week)</w:t>
      </w:r>
      <w:r>
        <w:br/>
        <w:t>Contract Type: Ongoing</w:t>
      </w:r>
    </w:p>
    <w:p w14:paraId="0B41052E" w14:textId="77777777" w:rsidR="0036787D" w:rsidRDefault="0036787D" w:rsidP="0036787D">
      <w:r>
        <w:t>Join Geraldton Regional Aboriginal Medical Service (GRAMS) in making a real difference to the lives of Aboriginal youth in Carnarvon. We are seeking a motivated Community Engagement Officer – Youth to strengthen connections, promote services, and support young people in accessing health and wellbeing programs.</w:t>
      </w:r>
    </w:p>
    <w:p w14:paraId="3E51EF62" w14:textId="5A3E320E" w:rsidR="00D032CA" w:rsidRPr="00270BC6" w:rsidRDefault="00D032CA" w:rsidP="00D032CA">
      <w:pPr>
        <w:pStyle w:val="IntenseQuote"/>
        <w:rPr>
          <w:sz w:val="24"/>
          <w:szCs w:val="24"/>
        </w:rPr>
      </w:pPr>
      <w:r w:rsidRPr="00270BC6">
        <w:rPr>
          <w:sz w:val="24"/>
          <w:szCs w:val="24"/>
        </w:rPr>
        <w:t xml:space="preserve">Key </w:t>
      </w:r>
      <w:r w:rsidR="00950AA3" w:rsidRPr="00270BC6">
        <w:rPr>
          <w:sz w:val="24"/>
          <w:szCs w:val="24"/>
        </w:rPr>
        <w:t>Responsibilities:</w:t>
      </w:r>
    </w:p>
    <w:p w14:paraId="28DBCFE2" w14:textId="06AB6CB0" w:rsidR="00264184" w:rsidRDefault="00264184" w:rsidP="00264184">
      <w:pPr>
        <w:pStyle w:val="ListBullet"/>
      </w:pPr>
      <w:r>
        <w:t>Plan and deliver culturally appropriate programs for Aboriginal youth.</w:t>
      </w:r>
    </w:p>
    <w:p w14:paraId="13C2D18B" w14:textId="77777777" w:rsidR="00264184" w:rsidRDefault="00264184" w:rsidP="00264184">
      <w:pPr>
        <w:pStyle w:val="ListBullet"/>
      </w:pPr>
      <w:r>
        <w:t>Promote youth engagement in GRAMS activities.</w:t>
      </w:r>
    </w:p>
    <w:p w14:paraId="33ED7D11" w14:textId="1DE6D429" w:rsidR="00264184" w:rsidRDefault="00264184" w:rsidP="00264184">
      <w:pPr>
        <w:pStyle w:val="ListBullet"/>
      </w:pPr>
      <w:r>
        <w:t>Liaise with community leaders and service providers to address youth health and wellbeing.</w:t>
      </w:r>
    </w:p>
    <w:p w14:paraId="38E3B82A" w14:textId="6327197E" w:rsidR="00264184" w:rsidRDefault="00264184" w:rsidP="00264184">
      <w:pPr>
        <w:pStyle w:val="ListBullet"/>
      </w:pPr>
      <w:r>
        <w:t>Advocate for youth needs and identify service gaps.</w:t>
      </w:r>
    </w:p>
    <w:p w14:paraId="131CE593" w14:textId="4EDCDC13" w:rsidR="00264184" w:rsidRDefault="00264184" w:rsidP="00264184">
      <w:pPr>
        <w:pStyle w:val="ListBullet"/>
      </w:pPr>
      <w:r>
        <w:t>Represent GRAMS at local events.</w:t>
      </w:r>
    </w:p>
    <w:p w14:paraId="074A84B2" w14:textId="1799C676" w:rsidR="00D032CA" w:rsidRPr="00270BC6" w:rsidRDefault="00264184" w:rsidP="00D032CA">
      <w:pPr>
        <w:pStyle w:val="IntenseQuote"/>
        <w:rPr>
          <w:sz w:val="24"/>
          <w:szCs w:val="24"/>
        </w:rPr>
      </w:pPr>
      <w:r w:rsidRPr="00270BC6">
        <w:rPr>
          <w:sz w:val="24"/>
          <w:szCs w:val="24"/>
        </w:rPr>
        <w:t>Essential Requirements:</w:t>
      </w:r>
    </w:p>
    <w:p w14:paraId="2D23D249" w14:textId="2B6C881E" w:rsidR="00080398" w:rsidRDefault="00080398" w:rsidP="00080398">
      <w:pPr>
        <w:pStyle w:val="ListBullet"/>
      </w:pPr>
      <w:r>
        <w:t>Diploma/Cert IV in Youth Work, Health Promotion, Community Health, or related field.</w:t>
      </w:r>
    </w:p>
    <w:p w14:paraId="5247169B" w14:textId="45C530B6" w:rsidR="00080398" w:rsidRDefault="00080398" w:rsidP="00080398">
      <w:pPr>
        <w:pStyle w:val="ListBullet"/>
      </w:pPr>
      <w:r>
        <w:t>Strong communication and community engagement skills.</w:t>
      </w:r>
    </w:p>
    <w:p w14:paraId="0C3B1B38" w14:textId="71D5F2DA" w:rsidR="00080398" w:rsidRDefault="00080398" w:rsidP="00080398">
      <w:pPr>
        <w:pStyle w:val="ListBullet"/>
      </w:pPr>
      <w:r>
        <w:t>Knowledge of Aboriginal culture and health issues.</w:t>
      </w:r>
    </w:p>
    <w:p w14:paraId="528FDDD4" w14:textId="09611D48" w:rsidR="00080398" w:rsidRDefault="00080398" w:rsidP="00080398">
      <w:pPr>
        <w:pStyle w:val="ListBullet"/>
      </w:pPr>
      <w:r>
        <w:t xml:space="preserve">Current driver’s </w:t>
      </w:r>
      <w:r w:rsidR="00BF671B">
        <w:t>license</w:t>
      </w:r>
      <w:r>
        <w:t>, National Police Clearance, Working with Children Check (or ability to obtain).</w:t>
      </w:r>
    </w:p>
    <w:p w14:paraId="228501EB" w14:textId="07519F92" w:rsidR="003D58FD" w:rsidRPr="00270BC6" w:rsidRDefault="00F61078" w:rsidP="00D032CA">
      <w:pPr>
        <w:pStyle w:val="IntenseQuote"/>
        <w:rPr>
          <w:sz w:val="24"/>
          <w:szCs w:val="24"/>
        </w:rPr>
      </w:pPr>
      <w:r w:rsidRPr="00270BC6">
        <w:rPr>
          <w:sz w:val="24"/>
          <w:szCs w:val="24"/>
        </w:rPr>
        <w:t>Desirable:</w:t>
      </w:r>
    </w:p>
    <w:p w14:paraId="2A7EBB65" w14:textId="1DF29928" w:rsidR="00587C37" w:rsidRDefault="00587C37">
      <w:r>
        <w:t xml:space="preserve">Aboriginal Health qualifications and/or experience working with Aboriginal communities. </w:t>
      </w:r>
    </w:p>
    <w:p w14:paraId="64AA8E52" w14:textId="7EEA56E3" w:rsidR="000D3ED8" w:rsidRDefault="00775B39"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57929F69" wp14:editId="016EA1B9">
            <wp:simplePos x="0" y="0"/>
            <wp:positionH relativeFrom="column">
              <wp:posOffset>3388995</wp:posOffset>
            </wp:positionH>
            <wp:positionV relativeFrom="paragraph">
              <wp:posOffset>108668</wp:posOffset>
            </wp:positionV>
            <wp:extent cx="2807335" cy="1870710"/>
            <wp:effectExtent l="0" t="0" r="0" b="0"/>
            <wp:wrapTight wrapText="bothSides">
              <wp:wrapPolygon edited="0">
                <wp:start x="586" y="0"/>
                <wp:lineTo x="0" y="440"/>
                <wp:lineTo x="0" y="20236"/>
                <wp:lineTo x="147" y="21116"/>
                <wp:lineTo x="586" y="21336"/>
                <wp:lineTo x="20813" y="21336"/>
                <wp:lineTo x="21253" y="21116"/>
                <wp:lineTo x="21400" y="20236"/>
                <wp:lineTo x="21400" y="440"/>
                <wp:lineTo x="20813" y="0"/>
                <wp:lineTo x="586" y="0"/>
              </wp:wrapPolygon>
            </wp:wrapTight>
            <wp:docPr id="1840737915" name="Picture 1" descr="A group of people painting a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37915" name="Picture 1" descr="A group of people painting a wall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ED8">
        <w:t>GRAMS offers a supportive, culturally rich work environment where your passion for engaging and empowering youth directly contributes to healthier, stronger communities.</w:t>
      </w:r>
    </w:p>
    <w:p w14:paraId="2D4B1EC4" w14:textId="4AF31E41" w:rsidR="003D58FD" w:rsidRDefault="00F61078">
      <w:r>
        <w:t>For further information or to request an application package, please contact GRAMS HR at:</w:t>
      </w:r>
      <w:r>
        <w:br/>
        <w:t xml:space="preserve">Email: </w:t>
      </w:r>
      <w:hyperlink r:id="rId9" w:history="1">
        <w:r w:rsidR="00D032CA" w:rsidRPr="0011083D">
          <w:rPr>
            <w:rStyle w:val="Hyperlink"/>
          </w:rPr>
          <w:t>hr@grams.asn.au</w:t>
        </w:r>
      </w:hyperlink>
      <w:r w:rsidR="00D032CA">
        <w:t xml:space="preserve"> - </w:t>
      </w:r>
      <w:r>
        <w:t>Contact Iloi Vaqewa at iloi.vaqewa@gos.asn.au</w:t>
      </w:r>
      <w:r>
        <w:br/>
        <w:t>Phone: (08) 9947 2200</w:t>
      </w:r>
      <w:r>
        <w:br/>
        <w:t xml:space="preserve">Closing Date: </w:t>
      </w:r>
      <w:r w:rsidR="00C770B0">
        <w:t>16 May</w:t>
      </w:r>
      <w:r w:rsidR="00E7028C">
        <w:t xml:space="preserve"> 2026</w:t>
      </w:r>
    </w:p>
    <w:sectPr w:rsidR="003D58FD" w:rsidSect="00D032CA">
      <w:pgSz w:w="12240" w:h="15840"/>
      <w:pgMar w:top="142" w:right="1800" w:bottom="567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1CB55DC"/>
    <w:multiLevelType w:val="hybridMultilevel"/>
    <w:tmpl w:val="959ADB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5B52F2"/>
    <w:multiLevelType w:val="hybridMultilevel"/>
    <w:tmpl w:val="FA90216A"/>
    <w:lvl w:ilvl="0" w:tplc="54141564">
      <w:numFmt w:val="bullet"/>
      <w:lvlText w:val="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FD3F7C"/>
    <w:multiLevelType w:val="multilevel"/>
    <w:tmpl w:val="9514B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427CED"/>
    <w:multiLevelType w:val="multilevel"/>
    <w:tmpl w:val="ECC25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466F78"/>
    <w:multiLevelType w:val="hybridMultilevel"/>
    <w:tmpl w:val="42B45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AD6B78"/>
    <w:multiLevelType w:val="hybridMultilevel"/>
    <w:tmpl w:val="453A3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839025">
    <w:abstractNumId w:val="8"/>
  </w:num>
  <w:num w:numId="2" w16cid:durableId="1775860170">
    <w:abstractNumId w:val="6"/>
  </w:num>
  <w:num w:numId="3" w16cid:durableId="253392911">
    <w:abstractNumId w:val="5"/>
  </w:num>
  <w:num w:numId="4" w16cid:durableId="2082095941">
    <w:abstractNumId w:val="4"/>
  </w:num>
  <w:num w:numId="5" w16cid:durableId="405692090">
    <w:abstractNumId w:val="7"/>
  </w:num>
  <w:num w:numId="6" w16cid:durableId="1545755509">
    <w:abstractNumId w:val="3"/>
  </w:num>
  <w:num w:numId="7" w16cid:durableId="1179344310">
    <w:abstractNumId w:val="2"/>
  </w:num>
  <w:num w:numId="8" w16cid:durableId="678384899">
    <w:abstractNumId w:val="1"/>
  </w:num>
  <w:num w:numId="9" w16cid:durableId="2077245240">
    <w:abstractNumId w:val="0"/>
  </w:num>
  <w:num w:numId="10" w16cid:durableId="1013847134">
    <w:abstractNumId w:val="14"/>
  </w:num>
  <w:num w:numId="11" w16cid:durableId="588583587">
    <w:abstractNumId w:val="10"/>
  </w:num>
  <w:num w:numId="12" w16cid:durableId="690491017">
    <w:abstractNumId w:val="9"/>
  </w:num>
  <w:num w:numId="13" w16cid:durableId="1511482073">
    <w:abstractNumId w:val="13"/>
  </w:num>
  <w:num w:numId="14" w16cid:durableId="1436705312">
    <w:abstractNumId w:val="11"/>
  </w:num>
  <w:num w:numId="15" w16cid:durableId="6975876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3EBB"/>
    <w:rsid w:val="00034616"/>
    <w:rsid w:val="0004630C"/>
    <w:rsid w:val="0006063C"/>
    <w:rsid w:val="00080398"/>
    <w:rsid w:val="000D3ED8"/>
    <w:rsid w:val="0015074B"/>
    <w:rsid w:val="00255C62"/>
    <w:rsid w:val="00264184"/>
    <w:rsid w:val="00270BC6"/>
    <w:rsid w:val="0029639D"/>
    <w:rsid w:val="003256D8"/>
    <w:rsid w:val="00326F90"/>
    <w:rsid w:val="0036787D"/>
    <w:rsid w:val="003D58FD"/>
    <w:rsid w:val="003F2289"/>
    <w:rsid w:val="00532AC3"/>
    <w:rsid w:val="00587C37"/>
    <w:rsid w:val="00682E23"/>
    <w:rsid w:val="0072061D"/>
    <w:rsid w:val="00775B39"/>
    <w:rsid w:val="00776C64"/>
    <w:rsid w:val="0086482D"/>
    <w:rsid w:val="008940DA"/>
    <w:rsid w:val="00950AA3"/>
    <w:rsid w:val="00AA1D8D"/>
    <w:rsid w:val="00AF506B"/>
    <w:rsid w:val="00B47730"/>
    <w:rsid w:val="00BF671B"/>
    <w:rsid w:val="00C770B0"/>
    <w:rsid w:val="00CB0664"/>
    <w:rsid w:val="00CE6947"/>
    <w:rsid w:val="00D032CA"/>
    <w:rsid w:val="00E07338"/>
    <w:rsid w:val="00E7028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DD02F"/>
  <w14:defaultImageDpi w14:val="300"/>
  <w15:docId w15:val="{4A05FC5F-0C41-41A5-8A55-5901C7A28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587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D032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3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5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r@grams.asn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Iloi Vaqewa</cp:lastModifiedBy>
  <cp:revision>2</cp:revision>
  <dcterms:created xsi:type="dcterms:W3CDTF">2026-04-16T03:39:00Z</dcterms:created>
  <dcterms:modified xsi:type="dcterms:W3CDTF">2026-04-16T03:39:00Z</dcterms:modified>
  <cp:category/>
</cp:coreProperties>
</file>